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בשמות גוף (אני, אתה, היא...)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כינויי גוף חבורים (כינויי שייכות) בסוף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גוף, מין ומספר בשמות גוף ובכינויים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בחירה מרובה: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קבוצת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קבוצת זכרים או מעורבת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מדבר על עצמי,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אתם הוא רבים, פונים לקבוצת בנים או מעורבת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כינוי גוף מתחבר לסוף מילה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הסיומת י' מראה שייכות לגוף ראשון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מתייחס לקבוצת נשים או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הסיומת כם מראה שייכות לכם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 בין שם גוף לגוף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שלישי יחיד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(גוף ראשון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(גוף שלישי רבים 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סידור לפי סדר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אתה /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/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אתם /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הם / 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היא קוראת ספר. / הספר שלה מעניין (כינוי: ה בסוף ספרה)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גוף הוא מילה נפרדת (כמו הוא), כינוי גוף הוא סיומת שמתחברת למילה אחרת (כמו ספרו)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אני או אנחנו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עם סיומת שייכות נכונה כמו ילדי, כדורך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יחיד זכר, הם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בסבב בעל פה שבו כל תלמיד/ה אומר/ת שם גוף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את כינויי הגוף החבורים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שמות גוף כמו אני, אתה, היא ואנחנו, וגם כינויי גוף שמתחברים לסוף מילים כמו בספרי, ילדך וכדורם.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בחירה מרובה: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שם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הגוף 'אנחנו' שייך לאיזה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שם גוף מתאים למשפט: ___ הולכת לבית הספר (ילדה)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שם הגוף 'אתן' פונה אל: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קבוצה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מהבאים הוא שם גוף בגוף שלישי יחיד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המילה 'הם' מתארת: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אחד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אחד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זכרים או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נקבות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'אני' הוא שם גוף בגוף ראשון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'אתם' מתאים לפנייה לבת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הוא תמיד מילה נפרדת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'ספרי' הכינוי החבור מראה שהספר שייך 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'הן' הוא שם גוף בגוף שלישי רבים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'ילדכם' הכינוי מתייחס לגוף שני רבים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הספר שלי נקרא ספר__________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רצים במגרש (הם, קבוצת ילדים)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הכדור שלכם נקרא כדור__________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הילדה שלה נקראת ילד__________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הולכים הביתה, __________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התיק של דני נקרא תיק__________ (שלו)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התאמה בין שם גוף לגוף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שני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שלישי יחיד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ראשון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שלישי רבים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ראשון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סידור לפי סדר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/ הן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אתם / אתן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/ היא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אתה / 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גוף ומשפט אחד שיש בו כינוי גוף חבור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גוף לכינוי גוף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גוף אחד בגוף ראשון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כינוי שייכות (כמו ספרי)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'הוא' ל'הם'?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