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גוף וכינויי גוף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בשמות גוף (אני, אתה, היא...)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כינויי גוף חבורים (כינויי שייכות) בסוף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גוף, מין ומספר בשמות גוף ובכינויים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- בחירה מרובה: שמות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גוף ראשון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קבוצת בנות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אני מדבר על עצמי,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אתם הוא רבים, פונים לקבוצת בנים או מעורבת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כינוי גוף מתחבר לסוף מילה אחרת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 -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 - התאמה בין שם גוף לגוף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(גוף ראשון יחיד)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(גוף שני יחיד נקבה)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(גוף שלישי יחיד זכר)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(גוף ראשון רבים)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 - סידור לפי סדר הגוף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אתה / 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הוא / היא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אנחנו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 -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דוגמה: היא קוראת ספר. / הספר שלה מעניין (כינוי: ה בסוף ספרה)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כמו אני או אנחנו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עם סיומת שייכות נכונה כמו ילדי, כדורך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הוא יחיד זכר, הם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בסבב בעל פה שבו כל תלמיד/ה אומר/ת שם גוף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לפני הכתיבה, במיוחד את כינויי הגוף החבורים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גוף וכינויי גוף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שמות גוף כמו אני, אתה, היא ואנחנו, וגם כינויי גוף שמתחברים לסוף מילים כמו בספרי, ילדך וכדורם.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הם  ·  כם  ·  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חלק א - בחירה מרובה: שמות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מהמילים הבאות היא שם גוף?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שם הגוף 'אנחנו' שייך לאיזה גוף?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גוף ראשון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גוף שני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גוף שלישי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שם הגוף 'אתן' פונה אל: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קבוצת בנות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בן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קבוצה מעורבת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חלק ב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'אני' הוא שם גוף בגוף ראשון יחיד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'אתם' מתאים לפנייה לבת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כינוי גוף הוא תמיד מילה נפרדת במשפט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חלק ג -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הספר שלי נקרא ספר__________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רצים במגרש (הם, קבוצת ילדים)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הכדור שלכם נקרא כדור__________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חלק ד - התאמה בין שם גוף לגוף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גוף שני יחיד נקבה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גוף שלישי יחיד זכר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גוף ראשון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אנחנו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גוף ראשון יחיד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חלק ה - סידור לפי סדר הגוף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אתה / את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אנחנו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הוא / היא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חלק ו -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שיש בו שם גוף ומשפט אחד שיש בו כינוי גוף חבור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שם גוף אחד בגוף ראשון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עם כינוי שייכות (כמו ספרי)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שמות גוף וכינויי גוף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